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השנה ומזג האוויר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שמות העונות ומילים הקשורות למזג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מה לובשים ומה עושים בכל 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שמניים ותיאוריים על 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סתיו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חורף הוא העונה הגשומה והקרה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בקיץ בדרך כלל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בחורף לובשים מעיל כי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עונה לפריט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(בגד 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(עלים נופלים)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תחזית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כולל שם עונה, לפחות שני תיאורי מזג אוויר, ומשפט שמני כמו בחורף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מונה נכון את ארבע העונות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מזכיר מעיל או בגד חם ומסביר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כולל עונה ותיאור מזג אוויר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השירים ברקים ורעמים וגשם גשם מטפטף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בניקוד במילות אוצר המילים כפי שמופיע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להרחיב את משימת הכתיבה לתחזית מפורטת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עונות השנה ומזג האוויר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נלמד שירים על גשם וברקים, נכיר את ארבע העונות ונלמד לתאר מזג אוויר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גשם  ·  חם  ·  מעיל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עונות יש בשנה?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עונה באה אחרי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סתיו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בדרך כלל יורד גשם.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בקיץ בדרך כלל קר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לובשים בגד 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בחרף יורד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בקיץ __________ מאוד.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כשקר לובשים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עונה לפריט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בגד 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עלים נופלים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תחזית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תחזית מזג אוויר קצרה לשבוע, כולל שם עונה אחת ושני תיאורים של מזג אוויר (למשל קר, חם, גשם).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ארבע העונות של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לובשים בחורף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עונות השנה ומזג האוויר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