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עונות השנה ומזג האוויר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שמות העונות ומילים הקשורות למזג האוויר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מה לובשים ומה עושים בכל 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שמניים ותיאוריים על מזג האוויר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יהונתן גפן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חורף הוא העונה הגשומה והקרה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בקיץ בדרך כלל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בחורף לובשים מעיל כי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אלו שתי עונות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מזג אויר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עונה לפריט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(בגד 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(עלים נופלים)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(גלידה)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(מטריה)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תחזית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כולל שם עונה, לפחות שני תיאורי מזג אוויר, ומשפט שמני כמו בחורף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מזכיר עונה, לבוש מתאים ופעילות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מונה נכון את ארבע העונות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מזכיר מעיל או בגד חם ומסביר 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כולל עונה ותיאור מזג אוויר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השירים ברקים ורעמים וגשם גשם מטפטף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בניקוד במילות אוצר המילים כפי שמופיע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להרחיב את משימת הכתיבה לתחזית מפורטת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עונות השנה ומזג האוויר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על עונות השנה: חורף, קיץ, סתיו, אביב. לומדים מילים על מזג אוויר כמו גשם, קר וחם.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חֹרֶף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העונה הקרה עם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קַיִץ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העונה החמה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סְתָו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העונה אחרי הקיץ, העלים נופלים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אָבִיב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העונה עם פרחים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גֶּשֶׁם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שיורדים מהשמיים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טמפרטורה נמוכה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חַם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טמפרטורה גבוהה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מְעִיל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חם ללבישה בחורף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עונות יש בשנה?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בא אחרי הקיץ?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לובשים בקור?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סנדלים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יש הרבה פרחים?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כתב את השיר ברקים ורעמים?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יהונתן גפן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חנוך לוין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נתן זך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לאה גולדברג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בדרך כלל יורד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בדרך כלל קר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לובשים בגד 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גשם גשם מטפטף הוא שיר ילדים.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אביב וסתיו הם אותה עונה.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בחרף יורד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בקיץ __________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כשקר לובשים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ב__________ יש פרחים.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בחרף קר ובקיץ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היום ה__________ קר מאוד בחוץ.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עונה לפריט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גלידה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עלים נופלים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בגד 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מטריה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פרחים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תחזית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תחזית מזג אוויר קצרה לשבוע, כולל שם עונה אחת ושני תיאורים של מזג אוויר (למשל קר, חם, גשם).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באיזו עונה אתם הכי אוהבים ולמה, כולל מה אתם לובשים ועושים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ארבע העונות של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לובשים בחורף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המתאר מזג אוויר בעונה שבחרתם.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עונות השנה ומזג האוויר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