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השנה ומזג האוויר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העונות ומילים הקשורות למזג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מה לובשים ומה עושים בכל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שמניים ותיאוריים על 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יהונתן גפן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חורף הוא העונה הגשומה והקרה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בקיץ בדרך כלל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לובשים מעיל כי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 שתי עונות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מזג אויר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עונה לפריט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(בגד 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(עלים נופלים)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(גלידה)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(מטריה)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תחזית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שם עונה, לפחות שני תיאורי מזג אוויר, ומשפט שמני כמו בחורף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מזכיר עונה, לבוש מתאים ופעילות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מונה נכון את ארבע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מעיל או בגד חם ומסביר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כולל עונה ותיאור מזג אוויר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ברקים ורעמים וגשם גשם מטפטף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בניקוד במילות אוצר המילים כפי שמופיע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להרחיב את משימת הכתיבה לתחזית מפורטת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השנה ומזג האוויר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שירים על גשם וברקים, נכיר את ארבע העונות ונלמד לתאר מזג אוויר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עונה באה אחרי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לובשים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עונה יש פרחים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השיר ברקים ורעמים יחד עם דויד ברוזה?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יהונתן גפן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חנוך לוין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לאה גולדברג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בדרך כלל יורד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בדרך כלל קר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לובשים בגד 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גשם גשם מטפטף הוא שיר 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אביב וסתיו הם אותה עונה.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בחרף יורד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כשקר לובשים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יש פרחים.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בחרף קר ובקיץ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היום ה__________ קר מאוד בחוץ.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עונה לפריט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מטריה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בגד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גלידה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עלים נופלים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תחזית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תחזית מזג אוויר קצרה לשבוע, כולל שם עונה אחת ושני תיאורים של מזג אוויר (למשל קר, חם, גשם).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באיזו עונה אתם הכי אוהבים ולמה, כולל מה אתם לובשים ועושים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העונות של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בחורף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המתאר מזג אוויר בעונה שבחרתם.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עונות השנה ומזג האוויר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